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 יציאה – האור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כרטיס היציאה בסיום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מחשבות ורגשות אישיים בעקבות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מד האור ואת מרכיבי 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לסכם מחשבות ורגשות אישיים מהטקס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כלי לסיכום אישי בלי ציון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(מאיר לי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(מאיר קצת)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(עוד מחפש/ת את האור)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המחוברת לתכני הטקס ומבטאת רגש או מחשבה אמיתית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לערך אמיתי מהטקס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מודעת מבין שלושת הסמלים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פעולה פשוטה וברת 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למלא את הכרטיס בשקט אישי לפני שיתוף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לחייב שיתוף בקול – רק מי שרוצה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חלק ההתאמה לדיון קצר על משמעות האור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 יציאה – האור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בסוף טקס כסליו כל תלמיד ותלמידה ממלאים כרטיס יציאה קצר שמסכם מה הם לקחו מהטקס – ערך מהנרות, מעשה קטן של אור, תודה ומשפט מיוחד.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שמונת  ·  אור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כרטיס היציאה בסוף הטקס?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לבדוק ידע בהיסטוריה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לסכם מחשבות ורגשות אישיים מהטקס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סמל מייצג את התחושה "מאיר לי מאוד"?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🕯️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הכרטיס מבקש לציין נר אחד מתוך שמונה שהכי דיבר אל התלמיד.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היציאה הוא מבחן עם ציון.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 מהכרטיס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ערך אחד מתוך __________ הנרות שהכי דיבר אליי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מעשה קטן של __________ שאעשה השבוע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עוד מחפש/ת את האור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🕯️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מאיר לי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מאיר קצת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שמסכם תחושה שלקחתם מהטקס.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ערך אחד מהנרות שהכי דיבר אליכם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סמל במד האור הכי מתאים לכם עכשיו?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 יציאה – האור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