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יציאה – האור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כרטיס היציאה בסיום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מחשבות ורגשות אישיים בעקבות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מד האור ואת מרכיבי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לסכם מחשבות ורגשות אישיים מהטקס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רק למכשיר של התלמיד, ואפשר לשתף 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מעשה שיעשו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כלי לסיכום אישי בלי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הסעיפים עוסק בהבעת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💡 🕯️ 🌑 הן שלוש 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(מאיר לי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(מאיר קצת)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(עוד מחפש/ת את האור)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(קלפי שיח)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המחוברת לתכני הטקס ומבטאת רגש או מחשבה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פעולה קונקרטית ופשוטה ומטרה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לערך אמיתי מהטקס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מודעת מבין שלושת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פעולה פשוטה וברת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הכרטיס בשקט אישי לפני שיתוף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לחייב שיתוף בקול – רק מי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חלק ההתאמה לדיון קצר על משמעות האור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יציאה – האור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הטקס כותבים כרטיס קטן. כותבים מה אהבתם, מעשה טוב שעושים, ולמי אומרים תודה.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שממלאים בסוף פעילות כדי לסכם מחשבות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על מה שהרגשתי או 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מעשה קטן של 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טובה פשוטה שאפשר לעשות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הערכה למישהו שעזר או היה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 האור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איך מרגישים – מאיר הרבה, קצת או עדיין מחפשים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כרטיסים עם שאלות לשיחה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שותפות וחיבור בין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את הכרטיס?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מחשבות ורגשות אישיים מהטקס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רואה את התשובות?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למכשיר של התלמיד, ואפשר לשתף מי שרוצה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 הכיתה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לאתר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מראה אור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🕯️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🎟️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איזה מעשה 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שעשו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שיעשו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מעשה של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מעשה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נרות יש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 מבקש לציין נר אחד מתוך שמונה שהכי דיבר אל התלמיד.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הוא מבחן עם 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יש מקום לכתוב תודה למישהו.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השיתוף של התשובות הוא חובה לכל התלמידים.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האור כולל שלוש אפשרויות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ערך אחד מתוך __________ הנרות שהכי דיבר אליי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מעשה קטן של __________ שאעשה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אחד שאני __________ מהטקס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🕯️ מאיר 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🌑 עוד __________ את האור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קלפי שיח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🕯️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מאיר לי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🎟️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מאיר קצת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עוד מחפש/ת את האור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שמסכם תחושה שלקחתם מהטקס.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מעשה קטן של אור שתעשו השבוע – מה המעשה ולמי הוא מיועד.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אחד מהנרות שהכי דיבר אליכם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סמל במד האור הכי מתאים לכם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המעשה הקטן של אור שתעשו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 יציאה – האור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