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האור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כרטיס היציאה בסיום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ביטוי מחשבות ורגשות אישיים בעקבות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מד האור ואת מרכיבי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לסכם מחשבות ורגשות אישיים מהטקס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רק למכשיר של התלמיד, ואפשר לשתף 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מעשה שיעשו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כלי לסיכום אישי בלי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אחד הסעיפים עוסק בהבעת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השיתוף הוא רק למי שרוצה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💡 🕯️ 🌑 הן שלוש אפשרויות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שמונת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מחפש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(מאיר לי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(מאיר קצת)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(עוד מחפש/ת את האור)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(כרטיס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(קלפי שיח)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המחוברת לתכני הטקס ומבטאת רגש או מחשבה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פעולה קונקרטית ופשוטה ומטרה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לערך אמיתי מהטקס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מודעת מבין שלושת הסמלים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פעולה פשוטה וברת 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למלא את הכרטיס בשקט אישי לפני שיתוף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לחייב שיתוף בקול – רק מי שרוצה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חלק ההתאמה לדיון קצר על משמעות האור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 יציאה – האור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בסוף טקס כסליו כל תלמיד ותלמידה ממלאים כרטיס יציאה קצר שמסכם מה הם לקחו מהטקס – ערך מהנרות, מעשה קטן של אור, תודה ומשפט מיוחד.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כרטיס היציאה בסוף הטקס?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ידע בהיסטוריה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מחשבות ורגשות אישיים מהטקס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לשחק משחק קבוצתי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שומרות התשובות בכרטיס היציאה,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למכשיר של התלמיד, ואפשר לשתף מי שרוצה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לכל הכיתה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לאתר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סמל מייצג את התחושה "מאיר לי מאוד"?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🕯️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🎟️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מבקשים לכתוב בסעיף "מעשה קטן של אור"?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שעשו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מעשה שיעשו השבוע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מעשה של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מעשה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נרות מוזכרים בכרטיס כמקור השראה?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 מבקש לציין נר אחד מתוך שמונה שהכי דיבר אל התלמיד.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היציאה הוא מבחן עם ציון.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יש מקום לכתוב תודה למישהו.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השיתוף של התשובות הוא חובה לכל התלמידים.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האור כולל שלוש אפשרויות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ערך אחד מתוך __________ הנרות שהכי דיבר אליי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מעשה קטן של __________ שאעשה השבוע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משפט אחד שאני __________ מהטקס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🕯️ מאיר 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🌑 עוד __________ את האור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🕯️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מאיר לי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קלפי שיח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🎟️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עוד מחפש/ת את האור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🃏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מאיר קצת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שמסכם תחושה שלקחתם מהטקס.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מעשה קטן של אור שתעשו השבוע – מה המעשה ולמי הוא מיועד.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אחד מהנרות שהכי דיבר אליכם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סמל במד האור הכי מתאים לכם עכשיו?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המעשה הקטן של אור שתעשו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 יציאה – האור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